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 תשלום - ממזומן לטלפון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אמצעי התשלום השונים: מזומן, כרטיס, תשלום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החשיבות של בדיקת יתרה ותיעוד תשלומים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להתמודד בהגינות עם מצבים של תשלום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כסף שרואים ונוגעים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הכסף יוצא מהחשבון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כדי לא להוציא יותר ממה שיש בחשבון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רואים את השטרות והמטבעות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כרטיס חיוב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(שטרות ומטבעות שרואים ונוגעים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(הכסף יורד מהחשבון מאוחר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(הכסף יורד מהחשבון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(משלמים דרך אפליקציה בטלפון)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דילמה - מה דעתכם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רישום כתוב או באפליקציה של כל הזמנה, חלוקה שווה או לפי מה שכל אחד הזמין, תשלום מיידי אחרי כל הזמנה כדי לא לצבור חובות ולשכוח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אשראי - מאוחר יותר, חיוב -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להוציא יותר ממה שיש בחשבון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לרשום כל הוצאה ולחלק באופן שווה או לפי 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אישית: מי מהתלמידים כבר שילם בטלפון או בכרטיס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בדילמה של התשלום המשותף ולשמוע כמה פתרונות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להוסיף תרגול מעשי: לדמות מצב תשלום בכיתה עם כסף מדומה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 תשלום - ממזומן לטלפון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היום יש הרבה דרכים לשלם: מזומן, כרטיס אשראי או חיוב, ואפילו הטלפון הנייד. בכל אמצעי תשלום חשוב לדעת כמה כסף יש לנו ולתעד את ההוצאות.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טלפון  ·  כרטיס חיוב  ·  מזומן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כסף שרואים ונוגעים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כרטיס פלסטיק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אפליקציה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כשמשלמים בכרטיס?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הכסף נשאר באותו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הכסף יוצא מהחשבון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הכסף נעלם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כשמשלמים, חשוב לבדוק כמה כסף 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במזומן אפשר לראות בדיוק כמה כסף משלמים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כשמשלמים ב__________, הכסף יוצא מהחשבון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הוא כסף שרואים ונוגעים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היום אפשר לשלם גם דרך ה__________ החכם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מזומן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משלמים דרך אפליקציה בטלפון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אשראי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הכסף יורד מהחשבון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כרטיס חיוב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הכסף יורד מהחשבון מאוחר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תשלום בנייד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שטרות ומטבעות שרואים ונוגעים בהם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דילמה - מה דעתכם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קבוצת חברים הזמינה אוכל במשותף. אחת החברות שילמה באשראי שלה וביקשה שיחזירו לה במזומן, אבל אחרי כמה פעמים היא שכחה כמה מגיע לה. הציעו דרך הוגנת ומתועדת לפתור את הבעיה.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כרטיס אשראי לכרטיס חיוב?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לבדוק כמה כסף יש לפני תשלום?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 תשלום - ממזומן לטלפון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