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התשלום השונים: מזומן, כרטיס, תשלום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בדיקת יתרה ותיעוד 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להתמודד בהגינות עם מצבים של תשלום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כסף שרואים ונוגעים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הכסף יוצא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לא להוציא יותר ממה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בחיוב הכסף יורד מיד, באשראי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לשלם דרך אפליקציה בטלפון במקום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לא להוציא יותר ממה שיש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רואים את השטרות והמטבעות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תיעוד קל לשכוח ולריב על הסכום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גם זה אמצעי תשלום דיגיטלי שמוריד כסף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לרשום ברשימה או באפליקציה כמה כל אחד חייב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אשראי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(שטרות ומטבעות שרואים ונוגעים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(הכסף יורד מהחשבון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(הכסף יורד מהחשבון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(משלמים דרך אפליקציה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(רישום של כל תשלום שבוצע)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מה דעתכם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רישום כתוב או באפליקציה של כל הזמנה, חלוקה שווה או לפי מה שכל אחד הזמין, תשלום מיידי אחרי כל הזמנה כדי לא לצבור חובות ולשכוח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לפחות יתרון וחיסרון לכל אמצעי, למשל: מזומן - רואים את הכסף אך קל לאבד; טלפון - נוח ומהיר אך תלוי בסוללה וברשת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אשראי - מאוחר יותר, חיוב -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להוציא יותר ממה שיש בחשבון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לרשום כל הוצאה ולחלק באופן שווה או לפי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אישית: מי מהתלמידים כבר שילם בטלפון או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בדילמה של התשלום המשותף ולשמוע כמה פתרונות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מעשי: לדמות מצב תשלום בכיתה עם כסף מדומה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דרכים לשלם כסף: מזומן, כרטיס, טלפון. חשוב לבדוק כמה כסף יש ולזכור מה שילמנו.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שרואים ונוגעים בו, שטרות ומטבעות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אשראי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שהכסף יורד מהחשבון מאוחר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חיוב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שהכסף יורד מהחשבון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תשלום בנייד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דרך הטלפון החכם במקום בכרטיס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בחשבון הבנק כרגע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או לשמור הוכחה על 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הוצאות בצורה שווה וצודקת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שצריך להחליט בו מה נכון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שרואים ונוגעים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אפליקציה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כשמשלמים בכרטיס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נשאר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לבדוק כמה כסף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להתבלבל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להוציא יותר ממה 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כרטיס חיוב לאשראי?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בחיוב הכסף יורד מיד, באשראי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באשראי אי אפשר לשלם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חיוב עובד רק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תשלום בנייד?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הודעת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לשלם דרך אפליקציה בטלפון במקום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לצלצל לחנות ולבקש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את הקבלה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כשמשלמים, חשוב לבדוק כמה כסף 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במזומן אפשר לראות בדיוק כמה כסף משלמים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כשחברה משלמת עבור כולם, אין צורך לתעד כמה מגיע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דרך נוספת לשלם, בדיוק כמו כרטיס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לתעד תשלומים משותפים בין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כשמשלמים ב__________, הכסף יוצא מהחשבון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שרואים ונוגעים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אפשר לשלם גם דרך ה__________ החכם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תשלום כדאי לבדוק כמה כסף יש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לריב על כסף משותף, כדאי ל__________ כל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בכרטיס __________ הכסף יורד מהחשבון רק אחרי זמן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של כל תשלום שבוצע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הכסף יורד מהחשבון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חיוב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הכסף יורד מהחשבון מאוחר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תשלום בנייד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שטרות ומטבעות שרואים ונוגעים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משלמים דרך אפליקציה בטלפון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- מה דעתכם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קבוצת חברים הזמינה אוכל במשותף. אחת החברות שילמה באשראי שלה וביקשה שיחזירו לה במזומן, אבל אחרי כמה פעמים היא שכחה כמה מגיע לה. הציעו דרך הוגנת ומתועדת לפתור את הבעיה.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היתרונות והחסרונות של תשלום במזומן לעומת תשלום בטלפון?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כרטיס אשראי לכרטיס חיוב?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כסף יש לפני תשלום?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לתעד תשלום משותף בצורה הוגנת?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 תשלום - ממזומן לטלפון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