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כסף בראש – חינוך פיננסי לכיתה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אמצעי תשלום - ממזומן לטלפון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אמצעי התשלום השונים: מזומן, כרטיס, תשלום בטלפון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החשיבות של בדיקת יתרה ותיעוד תשלומים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להתמודד בהגינות עם מצבים של תשלום משותף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כסף שרואים ונוגעים בו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הכסף יוצא מהחשבון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כדי לא להוציא יותר ממה שיש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בחיוב הכסף יורד מיד, באשראי מאוחר 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לשלם דרך אפליקציה בטלפון במקום כרטיס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כדי לא להוציא יותר ממה שיש בחשבון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רואים את השטרות והמטבעות בפועל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בלי תיעוד קל לשכוח ולריב על הסכום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גם זה אמצעי תשלום דיגיטלי שמוריד כסף מהחשבון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אפשר לרשום ברשימה או באפליקציה כמה כל אחד חייב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כרטיס חיוב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מזומן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טלפון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חשבון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תעד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אשראי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(שטרות ומטבעות שרואים ונוגעים בהם)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(הכסף יורד מהחשבון מאוחר יותר)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(הכסף יורד מהחשבון מיד)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(משלמים דרך אפליקציה בטלפון)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(רישום של כל תשלום שבוצע)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דילמה - מה דעתכם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טובה תכלול: רישום כתוב או באפליקציה של כל הזמנה, חלוקה שווה או לפי מה שכל אחד הזמין, תשלום מיידי אחרי כל הזמנה כדי לא לצבור חובות ולשכוח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טובה תכלול לפחות יתרון וחיסרון לכל אמצעי, למשל: מזומן - רואים את הכסף אך קל לאבד; טלפון - נוח ומהיר אך תלוי בסוללה וברשת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אשראי - מאוחר יותר, חיוב - מיד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לא להוציא יותר ממה שיש בחשבון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לרשום כל הוצאה ולחלק באופן שווה או לפי שימוש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בדוגמה אישית: מי מהתלמידים כבר שילם בטלפון או בכרטיס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לדון בכיתה בדילמה של התשלום המשותף ולשמוע כמה פתרונות שונים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להוסיף תרגול מעשי: לדמות מצב תשלום בכיתה עם כסף מדומה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כסף בראש – חינוך פיננסי לכיתה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אמצעי תשלום - ממזומן לטלפון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היום יש הרבה דרכים לשלם: מזומן, כרטיס אשראי או חיוב, ואפילו הטלפון הנייד. בכל אמצעי תשלום חשוב לדעת כמה כסף יש לנו ולתעד את ההוצאות.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מהו מזומן?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כסף שרואים ונוגעים בו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כרטיס פלסטיק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אפליקציה בטלפון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חשבון בנק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קורה כשמשלמים בכרטיס?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הכסף נשאר באותו מקום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הכסף יוצא מהחשבון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הכסף נעלם לגמרי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צורך בכסף בכלל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למה חשוב לבדוק כמה כסף יש לפני תשלום?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לא להתבלבל בצבעים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כדי לא להוציא יותר ממה שיש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זה חוקי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סיבה מיוחדת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ההבדל העיקרי בין כרטיס חיוב לכרטיס אשראי?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אין הבדל 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בחיוב הכסף יורד מיד, באשראי מאוחר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באשראי אי אפשר לשלם בחנויות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חיוב עובד רק באינטרנט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מהו תשלום בטלפון הנייד?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לשלוח הודעת טקסט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לשלם דרך אפליקציה בטלפון במקום כרטיס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לצלצל לחנות ולבקש הנחה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לצלם את הקבלה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כשמשלמים, חשוב לבדוק כמה כסף יש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במזומן אפשר לראות בדיוק כמה כסף משלמים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כשחברה משלמת עבור כולם, אין צורך לתעד כמה מגיע 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תשלום בטלפון הוא דרך נוספת לשלם, בדיוק כמו כרטיס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אין שום דרך לתעד תשלומים משותפים בין חברים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כשמשלמים ב__________, הכסף יוצא מהחשבון מיד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__________ הוא כסף שרואים ונוגעים בו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היום אפשר לשלם גם דרך ה__________ החכם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לפני תשלום כדאי לבדוק כמה כסף יש ב__________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כדי לא לריב על כסף משותף, כדאי ל__________ כל תשלום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בכרטיס __________ הכסף יורד מהחשבון רק אחרי זמן מה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מזומן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רישום של כל תשלום שבוצע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כרטיס אשראי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הכסף יורד מהחשבון מיד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כרטיס חיוב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משלמים דרך אפליקציה בטלפון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תשלום בנייד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שטרות ומטבעות שרואים ונוגעים בהם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תיעוד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הכסף יורד מהחשבון מאוחר יותר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דילמה - מה דעתכם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קבוצת חברים הזמינה אוכל במשותף. אחת החברות שילמה באשראי שלה וביקשה שיחזירו לה במזומן, אבל אחרי כמה פעמים היא שכחה כמה מגיע לה. הציעו דרך הוגנת ומתועדת לפתור את הבעיה.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מהם היתרונות והחסרונות של תשלום במזומן לעומת תשלום בטלפון?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ההבדל בין כרטיס אשראי לכרטיס חיוב?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לבדוק כמה כסף יש לפני תשלום?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אפשר לתעד תשלום משותף בצורה הוגנת?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אמצעי תשלום - ממזומן לטלפון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